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E9" w:rsidRDefault="003335B6" w:rsidP="003335B6">
      <w:pPr>
        <w:jc w:val="right"/>
      </w:pPr>
      <w:r>
        <w:rPr>
          <w:rFonts w:ascii="Arial" w:hAnsi="Arial"/>
          <w:sz w:val="20"/>
        </w:rPr>
        <w:t>Al Comune di COLFELICE</w:t>
      </w:r>
      <w:r>
        <w:rPr>
          <w:rFonts w:ascii="Arial" w:hAnsi="Arial"/>
          <w:sz w:val="20"/>
        </w:rPr>
        <w:br/>
        <w:t>Ufficio Ser</w:t>
      </w:r>
      <w:r w:rsidR="00E72C15">
        <w:rPr>
          <w:rFonts w:ascii="Arial" w:hAnsi="Arial"/>
          <w:sz w:val="20"/>
        </w:rPr>
        <w:t>vizi Scolastici</w:t>
      </w:r>
      <w:r w:rsidR="00E72C15">
        <w:rPr>
          <w:rFonts w:ascii="Arial" w:hAnsi="Arial"/>
          <w:sz w:val="20"/>
        </w:rPr>
        <w:br/>
        <w:t>Tramite email: protocollo@comune.colfelice.fr.it</w:t>
      </w:r>
      <w:bookmarkStart w:id="0" w:name="_GoBack"/>
      <w:bookmarkEnd w:id="0"/>
    </w:p>
    <w:p w:rsidR="002522E9" w:rsidRDefault="003335B6">
      <w:pPr>
        <w:spacing w:before="400" w:after="400"/>
        <w:jc w:val="center"/>
      </w:pPr>
      <w:r>
        <w:rPr>
          <w:rFonts w:ascii="Arial" w:hAnsi="Arial"/>
          <w:b/>
          <w:color w:val="003366"/>
          <w:sz w:val="28"/>
        </w:rPr>
        <w:t>MODULO DI RICHIESTA TARIFFA AGEVOLATA MENSA SCOLASTICA</w:t>
      </w:r>
      <w:r>
        <w:rPr>
          <w:rFonts w:ascii="Arial" w:hAnsi="Arial"/>
          <w:b/>
          <w:color w:val="003366"/>
          <w:sz w:val="28"/>
        </w:rPr>
        <w:br/>
        <w:t>E TRASMISSIONE ATTESTAZIONE ISEE</w:t>
      </w:r>
    </w:p>
    <w:p w:rsidR="002522E9" w:rsidRDefault="003335B6">
      <w:r>
        <w:rPr>
          <w:rFonts w:ascii="Arial" w:hAnsi="Arial"/>
          <w:b/>
        </w:rPr>
        <w:t>1. DATI DEL GENITORE / TUTORE LEGALE (RICHIEDENTE)</w:t>
      </w:r>
    </w:p>
    <w:p w:rsidR="002522E9" w:rsidRDefault="003335B6">
      <w:pPr>
        <w:spacing w:after="120"/>
      </w:pPr>
      <w:r>
        <w:rPr>
          <w:rFonts w:ascii="Arial" w:hAnsi="Arial"/>
        </w:rPr>
        <w:t xml:space="preserve">Il/La </w:t>
      </w:r>
      <w:proofErr w:type="spellStart"/>
      <w:r>
        <w:rPr>
          <w:rFonts w:ascii="Arial" w:hAnsi="Arial"/>
        </w:rPr>
        <w:t>sottoscritto</w:t>
      </w:r>
      <w:proofErr w:type="spellEnd"/>
      <w:r>
        <w:rPr>
          <w:rFonts w:ascii="Arial" w:hAnsi="Arial"/>
        </w:rPr>
        <w:t>/a (</w:t>
      </w:r>
      <w:proofErr w:type="spellStart"/>
      <w:r>
        <w:rPr>
          <w:rFonts w:ascii="Arial" w:hAnsi="Arial"/>
        </w:rPr>
        <w:t>Cognome</w:t>
      </w:r>
      <w:proofErr w:type="spellEnd"/>
      <w:r>
        <w:rPr>
          <w:rFonts w:ascii="Arial" w:hAnsi="Arial"/>
        </w:rPr>
        <w:t xml:space="preserve"> e Nome):__________________________________________________</w:t>
      </w:r>
    </w:p>
    <w:p w:rsidR="002522E9" w:rsidRDefault="003335B6">
      <w:pPr>
        <w:spacing w:after="120"/>
      </w:pPr>
      <w:r>
        <w:rPr>
          <w:rFonts w:ascii="Arial" w:hAnsi="Arial"/>
        </w:rPr>
        <w:t xml:space="preserve">Codice Fiscale: ___________________________ </w:t>
      </w:r>
      <w:proofErr w:type="gramStart"/>
      <w:r>
        <w:rPr>
          <w:rFonts w:ascii="Arial" w:hAnsi="Arial"/>
        </w:rPr>
        <w:t>Nato/</w:t>
      </w:r>
      <w:proofErr w:type="gramEnd"/>
      <w:r>
        <w:rPr>
          <w:rFonts w:ascii="Arial" w:hAnsi="Arial"/>
        </w:rPr>
        <w:t>a a: ______________________ il __/__/____</w:t>
      </w:r>
    </w:p>
    <w:p w:rsidR="002522E9" w:rsidRDefault="003335B6">
      <w:pPr>
        <w:spacing w:after="120"/>
      </w:pPr>
      <w:proofErr w:type="spellStart"/>
      <w:r>
        <w:rPr>
          <w:rFonts w:ascii="Arial" w:hAnsi="Arial"/>
        </w:rPr>
        <w:t>Residente</w:t>
      </w:r>
      <w:proofErr w:type="spellEnd"/>
      <w:r>
        <w:rPr>
          <w:rFonts w:ascii="Arial" w:hAnsi="Arial"/>
        </w:rPr>
        <w:t xml:space="preserve"> a: ____________________________________ </w:t>
      </w:r>
      <w:proofErr w:type="spellStart"/>
      <w:r>
        <w:rPr>
          <w:rFonts w:ascii="Arial" w:hAnsi="Arial"/>
        </w:rPr>
        <w:t>Prov</w:t>
      </w:r>
      <w:proofErr w:type="spellEnd"/>
      <w:r>
        <w:rPr>
          <w:rFonts w:ascii="Arial" w:hAnsi="Arial"/>
        </w:rPr>
        <w:t xml:space="preserve">: ____ </w:t>
      </w:r>
      <w:proofErr w:type="gramStart"/>
      <w:r>
        <w:rPr>
          <w:rFonts w:ascii="Arial" w:hAnsi="Arial"/>
        </w:rPr>
        <w:t>Via/</w:t>
      </w:r>
      <w:proofErr w:type="gramEnd"/>
      <w:r>
        <w:rPr>
          <w:rFonts w:ascii="Arial" w:hAnsi="Arial"/>
        </w:rPr>
        <w:t>Piazza: _______________</w:t>
      </w:r>
    </w:p>
    <w:p w:rsidR="002522E9" w:rsidRDefault="003335B6">
      <w:pPr>
        <w:spacing w:after="120"/>
      </w:pPr>
      <w:proofErr w:type="spellStart"/>
      <w:r>
        <w:rPr>
          <w:rFonts w:ascii="Arial" w:hAnsi="Arial"/>
        </w:rPr>
        <w:t>Telefono</w:t>
      </w:r>
      <w:proofErr w:type="spellEnd"/>
      <w:r>
        <w:rPr>
          <w:rFonts w:ascii="Arial" w:hAnsi="Arial"/>
        </w:rPr>
        <w:t xml:space="preserve"> / </w:t>
      </w:r>
      <w:proofErr w:type="spellStart"/>
      <w:r>
        <w:rPr>
          <w:rFonts w:ascii="Arial" w:hAnsi="Arial"/>
        </w:rPr>
        <w:t>Cellulare</w:t>
      </w:r>
      <w:proofErr w:type="spellEnd"/>
      <w:r>
        <w:rPr>
          <w:rFonts w:ascii="Arial" w:hAnsi="Arial"/>
        </w:rPr>
        <w:t>: ______________________ E-mail: ____________________________________</w:t>
      </w:r>
    </w:p>
    <w:p w:rsidR="002522E9" w:rsidRDefault="003335B6">
      <w:pPr>
        <w:spacing w:before="280"/>
        <w:jc w:val="center"/>
      </w:pPr>
      <w:r>
        <w:rPr>
          <w:rFonts w:ascii="Arial" w:hAnsi="Arial"/>
          <w:b/>
          <w:sz w:val="24"/>
        </w:rPr>
        <w:t>CHIEDE</w:t>
      </w:r>
    </w:p>
    <w:p w:rsidR="002522E9" w:rsidRDefault="003335B6">
      <w:r>
        <w:rPr>
          <w:rFonts w:ascii="Arial" w:hAnsi="Arial"/>
        </w:rPr>
        <w:t>L'applicazione della tariffa agevolata per il servizio di mensa scolastica per il/i proprio/i figlio/i iscritto/i per l'anno scolastico riferimento, come di seguito specificato:</w:t>
      </w:r>
    </w:p>
    <w:p w:rsidR="002522E9" w:rsidRDefault="003335B6">
      <w:pPr>
        <w:spacing w:after="80"/>
      </w:pPr>
      <w:r>
        <w:rPr>
          <w:rFonts w:ascii="Arial" w:hAnsi="Arial"/>
          <w:sz w:val="20"/>
        </w:rPr>
        <w:t>Figlio 1 - Cognome e Nome: _________________________________ Codice Fiscale: _________________</w:t>
      </w:r>
      <w:r>
        <w:rPr>
          <w:rFonts w:ascii="Arial" w:hAnsi="Arial"/>
          <w:sz w:val="20"/>
        </w:rPr>
        <w:br/>
        <w:t xml:space="preserve">Scuola: _____________________________________ </w:t>
      </w:r>
    </w:p>
    <w:p w:rsidR="002522E9" w:rsidRDefault="003335B6">
      <w:pPr>
        <w:spacing w:after="80"/>
      </w:pPr>
      <w:r>
        <w:rPr>
          <w:rFonts w:ascii="Arial" w:hAnsi="Arial"/>
          <w:sz w:val="20"/>
        </w:rPr>
        <w:t>Figlio 2 - Cognome e Nome: _________________________________ Codice Fiscale: _________________</w:t>
      </w:r>
      <w:r>
        <w:rPr>
          <w:rFonts w:ascii="Arial" w:hAnsi="Arial"/>
          <w:sz w:val="20"/>
        </w:rPr>
        <w:br/>
        <w:t xml:space="preserve">Scuola: _____________________________________ </w:t>
      </w:r>
    </w:p>
    <w:p w:rsidR="002522E9" w:rsidRDefault="003335B6" w:rsidP="001C3DB5">
      <w:pPr>
        <w:spacing w:before="280"/>
        <w:jc w:val="both"/>
      </w:pPr>
      <w:r>
        <w:rPr>
          <w:rFonts w:ascii="Arial" w:hAnsi="Arial"/>
          <w:b/>
        </w:rPr>
        <w:t xml:space="preserve">2. DICHIARAZIONE ISEE (Ai sensi </w:t>
      </w:r>
      <w:proofErr w:type="gramStart"/>
      <w:r>
        <w:rPr>
          <w:rFonts w:ascii="Arial" w:hAnsi="Arial"/>
          <w:b/>
        </w:rPr>
        <w:t>del</w:t>
      </w:r>
      <w:proofErr w:type="gramEnd"/>
      <w:r>
        <w:rPr>
          <w:rFonts w:ascii="Arial" w:hAnsi="Arial"/>
          <w:b/>
        </w:rPr>
        <w:t xml:space="preserve"> D.P.R. 445/2000)</w:t>
      </w:r>
    </w:p>
    <w:p w:rsidR="002522E9" w:rsidRDefault="003335B6" w:rsidP="001C3DB5">
      <w:pPr>
        <w:jc w:val="both"/>
      </w:pPr>
      <w:r>
        <w:rPr>
          <w:rFonts w:ascii="Arial" w:hAnsi="Arial"/>
        </w:rPr>
        <w:t>A tal fine, consapevole delle sanzioni penali previste in caso di dichiarazioni mendaci, DICHIARA che il proprio nucleo familiare ha un'attestazione ISEE in corso di validità pari a</w:t>
      </w:r>
      <w:proofErr w:type="gramStart"/>
      <w:r>
        <w:rPr>
          <w:rFonts w:ascii="Arial" w:hAnsi="Arial"/>
        </w:rPr>
        <w:t>:</w:t>
      </w:r>
      <w:proofErr w:type="gramEnd"/>
      <w:r>
        <w:rPr>
          <w:rFonts w:ascii="Arial" w:hAnsi="Arial"/>
        </w:rPr>
        <w:br/>
      </w:r>
      <w:r>
        <w:rPr>
          <w:rFonts w:ascii="Arial" w:hAnsi="Arial"/>
        </w:rPr>
        <w:br/>
        <w:t>Valor</w:t>
      </w:r>
      <w:r w:rsidR="001C3DB5">
        <w:rPr>
          <w:rFonts w:ascii="Arial" w:hAnsi="Arial"/>
        </w:rPr>
        <w:t>e ISEE: € _______________________________________________________________</w:t>
      </w:r>
      <w:r>
        <w:rPr>
          <w:rFonts w:ascii="Arial" w:hAnsi="Arial"/>
        </w:rPr>
        <w:br/>
        <w:t>Scadenza Attestazione: 31/12/______</w:t>
      </w:r>
    </w:p>
    <w:p w:rsidR="002522E9" w:rsidRDefault="003335B6">
      <w:pPr>
        <w:spacing w:before="280"/>
      </w:pPr>
      <w:r>
        <w:rPr>
          <w:rFonts w:ascii="Arial" w:hAnsi="Arial"/>
          <w:b/>
        </w:rPr>
        <w:t>Si allegano alla presente domanda:</w:t>
      </w:r>
    </w:p>
    <w:p w:rsidR="002522E9" w:rsidRDefault="003335B6">
      <w:pPr>
        <w:pStyle w:val="Puntoelenco"/>
        <w:spacing w:after="80"/>
      </w:pPr>
      <w:r>
        <w:rPr>
          <w:rFonts w:ascii="Arial" w:hAnsi="Arial"/>
        </w:rPr>
        <w:t>[  ] Copia fotostatica del documento di identità del richiedente in corso di validità.</w:t>
      </w:r>
      <w:r>
        <w:rPr>
          <w:rFonts w:ascii="Arial" w:hAnsi="Arial"/>
        </w:rPr>
        <w:br/>
      </w:r>
    </w:p>
    <w:p w:rsidR="002522E9" w:rsidRDefault="003335B6">
      <w:pPr>
        <w:pStyle w:val="Puntoelenco"/>
        <w:spacing w:after="80"/>
      </w:pPr>
      <w:r>
        <w:rPr>
          <w:rFonts w:ascii="Arial" w:hAnsi="Arial"/>
        </w:rPr>
        <w:t>[  ] Copia dell'attestazione ISEE completa e in corso di validità.</w:t>
      </w:r>
    </w:p>
    <w:p w:rsidR="001C3DB5" w:rsidRDefault="003335B6" w:rsidP="001C3DB5">
      <w:pPr>
        <w:spacing w:before="600"/>
        <w:rPr>
          <w:rFonts w:ascii="Arial" w:hAnsi="Arial"/>
        </w:rPr>
      </w:pPr>
      <w:proofErr w:type="spellStart"/>
      <w:r>
        <w:rPr>
          <w:rFonts w:ascii="Arial" w:hAnsi="Arial"/>
        </w:rPr>
        <w:t>Luogo</w:t>
      </w:r>
      <w:proofErr w:type="spellEnd"/>
      <w:r>
        <w:rPr>
          <w:rFonts w:ascii="Arial" w:hAnsi="Arial"/>
        </w:rPr>
        <w:t xml:space="preserve"> e D</w:t>
      </w:r>
      <w:r w:rsidR="001C3DB5">
        <w:rPr>
          <w:rFonts w:ascii="Arial" w:hAnsi="Arial"/>
        </w:rPr>
        <w:t>ata: __________________</w:t>
      </w:r>
    </w:p>
    <w:p w:rsidR="002522E9" w:rsidRPr="001C3DB5" w:rsidRDefault="003335B6" w:rsidP="001C3DB5">
      <w:pPr>
        <w:spacing w:before="600"/>
        <w:rPr>
          <w:rFonts w:ascii="Arial" w:hAnsi="Arial"/>
        </w:rPr>
      </w:pPr>
      <w:r>
        <w:rPr>
          <w:rFonts w:ascii="Arial" w:hAnsi="Arial"/>
        </w:rPr>
        <w:t>Firma del Richi</w:t>
      </w:r>
      <w:r w:rsidR="001C3DB5">
        <w:rPr>
          <w:rFonts w:ascii="Arial" w:hAnsi="Arial"/>
        </w:rPr>
        <w:t>edente: _______________________________</w:t>
      </w:r>
    </w:p>
    <w:sectPr w:rsidR="002522E9" w:rsidRPr="001C3DB5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3DB5"/>
    <w:rsid w:val="002522E9"/>
    <w:rsid w:val="0029639D"/>
    <w:rsid w:val="00326F90"/>
    <w:rsid w:val="003335B6"/>
    <w:rsid w:val="00AA1D8D"/>
    <w:rsid w:val="00B47730"/>
    <w:rsid w:val="00CB0664"/>
    <w:rsid w:val="00E72C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9E0630"/>
  <w14:defaultImageDpi w14:val="300"/>
  <w15:docId w15:val="{43140D7B-E0BE-4C2E-9334-B5DFDFA9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65931A-E979-40D2-B5FB-6D947C88F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Anagrafe</cp:lastModifiedBy>
  <cp:revision>4</cp:revision>
  <dcterms:created xsi:type="dcterms:W3CDTF">2013-12-23T23:15:00Z</dcterms:created>
  <dcterms:modified xsi:type="dcterms:W3CDTF">2026-09-08T14:23:00Z</dcterms:modified>
  <cp:category/>
</cp:coreProperties>
</file>